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341" w:type="dxa"/>
        <w:tblInd w:w="-284" w:type="dxa"/>
        <w:tblLook w:val="04A0" w:firstRow="1" w:lastRow="0" w:firstColumn="1" w:lastColumn="0" w:noHBand="0" w:noVBand="1"/>
      </w:tblPr>
      <w:tblGrid>
        <w:gridCol w:w="11341"/>
      </w:tblGrid>
      <w:tr w:rsidR="003F310A" w14:paraId="67ECEA3B" w14:textId="77777777" w:rsidTr="0069466F">
        <w:tc>
          <w:tcPr>
            <w:tcW w:w="11341" w:type="dxa"/>
            <w:shd w:val="clear" w:color="auto" w:fill="0070C0"/>
          </w:tcPr>
          <w:p w14:paraId="7988A3C9" w14:textId="4861DBB3" w:rsidR="00DD5E7E" w:rsidRDefault="00DD5E7E" w:rsidP="00DD5E7E">
            <w:pPr>
              <w:ind w:left="-71"/>
              <w:jc w:val="center"/>
              <w:rPr>
                <w:b/>
                <w:color w:val="FFFFFF"/>
                <w:sz w:val="36"/>
                <w:szCs w:val="36"/>
                <w:lang w:val="fr-FR"/>
              </w:rPr>
            </w:pPr>
            <w:r w:rsidRPr="000E236E">
              <w:rPr>
                <w:b/>
                <w:color w:val="FFFFFF"/>
                <w:sz w:val="36"/>
                <w:szCs w:val="36"/>
                <w:lang w:val="fr-FR"/>
              </w:rPr>
              <w:t xml:space="preserve">Candidature – </w:t>
            </w:r>
            <w:r w:rsidR="004D7CF8">
              <w:rPr>
                <w:b/>
                <w:color w:val="FFFFFF"/>
                <w:sz w:val="36"/>
                <w:szCs w:val="36"/>
                <w:lang w:val="fr-FR"/>
              </w:rPr>
              <w:t xml:space="preserve">UE </w:t>
            </w:r>
            <w:r w:rsidRPr="000E236E">
              <w:rPr>
                <w:b/>
                <w:color w:val="FFFFFF"/>
                <w:sz w:val="36"/>
                <w:szCs w:val="36"/>
                <w:lang w:val="fr-FR"/>
              </w:rPr>
              <w:t xml:space="preserve">Engagement Étudiant </w:t>
            </w:r>
            <w:bookmarkStart w:id="0" w:name="_Hlk211346828"/>
          </w:p>
          <w:p w14:paraId="61F0A4BE" w14:textId="1D580E2B" w:rsidR="000A5118" w:rsidRDefault="0025613D" w:rsidP="00DD5E7E">
            <w:pPr>
              <w:ind w:left="-71"/>
              <w:jc w:val="center"/>
            </w:pPr>
            <w:r>
              <w:rPr>
                <w:color w:val="FFFFFF"/>
              </w:rPr>
              <w:t>Année universitaire 202</w:t>
            </w:r>
            <w:r w:rsidR="00B220F8">
              <w:rPr>
                <w:color w:val="FFFFFF"/>
              </w:rPr>
              <w:t>6</w:t>
            </w:r>
            <w:r>
              <w:rPr>
                <w:color w:val="FFFFFF"/>
              </w:rPr>
              <w:t>-202</w:t>
            </w:r>
            <w:bookmarkEnd w:id="0"/>
            <w:r w:rsidR="00B220F8">
              <w:rPr>
                <w:color w:val="FFFFFF"/>
              </w:rPr>
              <w:t>7</w:t>
            </w:r>
          </w:p>
        </w:tc>
      </w:tr>
    </w:tbl>
    <w:p w14:paraId="06E2D824" w14:textId="77777777" w:rsidR="000A5118" w:rsidRDefault="000A5118"/>
    <w:tbl>
      <w:tblPr>
        <w:tblW w:w="11199" w:type="dxa"/>
        <w:tblInd w:w="-284" w:type="dxa"/>
        <w:tblLook w:val="04A0" w:firstRow="1" w:lastRow="0" w:firstColumn="1" w:lastColumn="0" w:noHBand="0" w:noVBand="1"/>
      </w:tblPr>
      <w:tblGrid>
        <w:gridCol w:w="236"/>
        <w:gridCol w:w="10963"/>
      </w:tblGrid>
      <w:tr w:rsidR="000A5118" w:rsidRPr="003F310A" w14:paraId="76058FBA" w14:textId="77777777" w:rsidTr="0069466F">
        <w:trPr>
          <w:trHeight w:val="738"/>
        </w:trPr>
        <w:tc>
          <w:tcPr>
            <w:tcW w:w="236" w:type="dxa"/>
          </w:tcPr>
          <w:p w14:paraId="478A9679" w14:textId="77777777" w:rsidR="000A5118" w:rsidRDefault="000A5118"/>
        </w:tc>
        <w:tc>
          <w:tcPr>
            <w:tcW w:w="10963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  <w:shd w:val="clear" w:color="auto" w:fill="D9EAF7"/>
          </w:tcPr>
          <w:p w14:paraId="2ABB7F0B" w14:textId="2CCD7011" w:rsidR="000A5118" w:rsidRPr="001F53DB" w:rsidRDefault="001F53DB" w:rsidP="0069466F">
            <w:pPr>
              <w:ind w:left="-1005"/>
              <w:jc w:val="center"/>
              <w:rPr>
                <w:b/>
                <w:color w:val="000000"/>
                <w:sz w:val="20"/>
                <w:lang w:val="fr-FR"/>
              </w:rPr>
            </w:pPr>
            <w:r w:rsidRPr="00994AC6">
              <w:rPr>
                <w:bCs/>
                <w:color w:val="000000"/>
                <w:sz w:val="20"/>
                <w:lang w:val="fr-FR"/>
              </w:rPr>
              <w:t xml:space="preserve">Dossier à envoyer à </w:t>
            </w:r>
            <w:hyperlink r:id="rId8" w:history="1">
              <w:r w:rsidRPr="00994AC6">
                <w:rPr>
                  <w:rStyle w:val="Lienhypertexte"/>
                  <w:bCs/>
                  <w:sz w:val="20"/>
                  <w:lang w:val="fr-FR"/>
                </w:rPr>
                <w:t>sul-scol@univ-amu.fr</w:t>
              </w:r>
            </w:hyperlink>
            <w:r w:rsidRPr="00994AC6">
              <w:rPr>
                <w:bCs/>
                <w:color w:val="000000"/>
                <w:sz w:val="20"/>
                <w:lang w:val="fr-FR"/>
              </w:rPr>
              <w:t xml:space="preserve">  </w:t>
            </w:r>
            <w:r w:rsidR="00BF5FA1" w:rsidRPr="00994AC6">
              <w:rPr>
                <w:bCs/>
                <w:color w:val="000000"/>
                <w:sz w:val="20"/>
                <w:lang w:val="fr-FR"/>
              </w:rPr>
              <w:t>a</w:t>
            </w:r>
            <w:r w:rsidR="00611988">
              <w:rPr>
                <w:bCs/>
                <w:color w:val="000000"/>
                <w:sz w:val="20"/>
                <w:lang w:val="fr-FR"/>
              </w:rPr>
              <w:t>u plus tard le</w:t>
            </w:r>
            <w:r w:rsidR="00B220F8">
              <w:rPr>
                <w:bCs/>
                <w:color w:val="000000"/>
                <w:sz w:val="20"/>
                <w:lang w:val="fr-FR"/>
              </w:rPr>
              <w:t xml:space="preserve"> vendredi </w:t>
            </w:r>
            <w:r>
              <w:rPr>
                <w:b/>
                <w:color w:val="000000"/>
                <w:sz w:val="20"/>
                <w:lang w:val="fr-FR"/>
              </w:rPr>
              <w:t xml:space="preserve"> </w:t>
            </w:r>
            <w:r w:rsidR="00B220F8">
              <w:rPr>
                <w:b/>
                <w:color w:val="000000"/>
                <w:sz w:val="20"/>
                <w:lang w:val="fr-FR"/>
              </w:rPr>
              <w:t>16 octobre 2026</w:t>
            </w:r>
            <w:r>
              <w:rPr>
                <w:b/>
                <w:color w:val="000000"/>
                <w:sz w:val="20"/>
                <w:lang w:val="fr-FR"/>
              </w:rPr>
              <w:t xml:space="preserve"> </w:t>
            </w:r>
            <w:r w:rsidR="00BF5FA1" w:rsidRPr="003F310A">
              <w:rPr>
                <w:b/>
                <w:color w:val="000000"/>
                <w:sz w:val="20"/>
                <w:lang w:val="fr-FR"/>
              </w:rPr>
              <w:br/>
            </w:r>
            <w:r w:rsidR="00BF5FA1" w:rsidRPr="0002367D">
              <w:rPr>
                <w:bCs/>
                <w:color w:val="000000"/>
                <w:sz w:val="18"/>
                <w:szCs w:val="18"/>
                <w:lang w:val="fr-FR"/>
              </w:rPr>
              <w:t xml:space="preserve">Bureau de la scolarité du SUL </w:t>
            </w:r>
            <w:r w:rsidR="008E1BF8">
              <w:rPr>
                <w:bCs/>
                <w:color w:val="000000"/>
                <w:sz w:val="18"/>
                <w:szCs w:val="18"/>
                <w:lang w:val="fr-FR"/>
              </w:rPr>
              <w:t xml:space="preserve">2.13 </w:t>
            </w:r>
            <w:r w:rsidR="00BF5FA1" w:rsidRPr="0002367D">
              <w:rPr>
                <w:bCs/>
                <w:color w:val="000000"/>
                <w:sz w:val="18"/>
                <w:szCs w:val="18"/>
                <w:lang w:val="fr-FR"/>
              </w:rPr>
              <w:t>– Campus Schuman,</w:t>
            </w:r>
            <w:r w:rsidR="00B220F8">
              <w:rPr>
                <w:bCs/>
                <w:color w:val="000000"/>
                <w:sz w:val="18"/>
                <w:szCs w:val="18"/>
                <w:lang w:val="fr-FR"/>
              </w:rPr>
              <w:t xml:space="preserve"> Bâtiment Porte</w:t>
            </w:r>
            <w:r w:rsidR="00BF5FA1" w:rsidRPr="0002367D">
              <w:rPr>
                <w:bCs/>
                <w:color w:val="000000"/>
                <w:sz w:val="18"/>
                <w:szCs w:val="18"/>
                <w:lang w:val="fr-FR"/>
              </w:rPr>
              <w:t xml:space="preserve"> Aix-en-Provence</w:t>
            </w:r>
          </w:p>
        </w:tc>
      </w:tr>
    </w:tbl>
    <w:p w14:paraId="4E67BE64" w14:textId="77777777" w:rsidR="000A5118" w:rsidRDefault="000A5118">
      <w:pPr>
        <w:rPr>
          <w:lang w:val="fr-FR"/>
        </w:rPr>
      </w:pPr>
    </w:p>
    <w:tbl>
      <w:tblPr>
        <w:tblW w:w="11199" w:type="dxa"/>
        <w:tblInd w:w="-157" w:type="dxa"/>
        <w:tblLook w:val="04A0" w:firstRow="1" w:lastRow="0" w:firstColumn="1" w:lastColumn="0" w:noHBand="0" w:noVBand="1"/>
      </w:tblPr>
      <w:tblGrid>
        <w:gridCol w:w="11199"/>
      </w:tblGrid>
      <w:tr w:rsidR="000A5118" w:rsidRPr="003F310A" w14:paraId="69423C5A" w14:textId="77777777" w:rsidTr="0069466F">
        <w:tc>
          <w:tcPr>
            <w:tcW w:w="11199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  <w:shd w:val="clear" w:color="auto" w:fill="D9EAF7"/>
          </w:tcPr>
          <w:p w14:paraId="7CFFEADA" w14:textId="77777777" w:rsidR="000A5118" w:rsidRPr="003F310A" w:rsidRDefault="0025613D" w:rsidP="00316C4F">
            <w:pPr>
              <w:rPr>
                <w:lang w:val="fr-FR"/>
              </w:rPr>
            </w:pPr>
            <w:r w:rsidRPr="003F310A">
              <w:rPr>
                <w:b/>
                <w:color w:val="004682"/>
                <w:sz w:val="24"/>
                <w:lang w:val="fr-FR"/>
              </w:rPr>
              <w:t>Présentation du dispositif</w:t>
            </w:r>
          </w:p>
          <w:p w14:paraId="00E195F3" w14:textId="55BA9510" w:rsidR="000A5118" w:rsidRPr="003F310A" w:rsidRDefault="0025613D">
            <w:pPr>
              <w:jc w:val="both"/>
              <w:rPr>
                <w:lang w:val="fr-FR"/>
              </w:rPr>
            </w:pPr>
            <w:r w:rsidRPr="003F310A">
              <w:rPr>
                <w:lang w:val="fr-FR"/>
              </w:rPr>
              <w:t>L</w:t>
            </w:r>
            <w:r w:rsidR="006D50D6">
              <w:rPr>
                <w:lang w:val="fr-FR"/>
              </w:rPr>
              <w:t>’UE</w:t>
            </w:r>
            <w:r w:rsidRPr="003F310A">
              <w:rPr>
                <w:lang w:val="fr-FR"/>
              </w:rPr>
              <w:t xml:space="preserve"> Engagement Étudiant du SUL valorise l’investissement des étudiants dans la vie universitaire</w:t>
            </w:r>
            <w:r w:rsidR="003A73FC">
              <w:rPr>
                <w:lang w:val="fr-FR"/>
              </w:rPr>
              <w:t xml:space="preserve"> locale</w:t>
            </w:r>
            <w:r w:rsidRPr="003F310A">
              <w:rPr>
                <w:lang w:val="fr-FR"/>
              </w:rPr>
              <w:t xml:space="preserve">. Ce </w:t>
            </w:r>
            <w:r w:rsidR="00611988" w:rsidRPr="003F310A">
              <w:rPr>
                <w:lang w:val="fr-FR"/>
              </w:rPr>
              <w:t xml:space="preserve">dispositif </w:t>
            </w:r>
            <w:r w:rsidR="00567D2E" w:rsidRPr="003F310A">
              <w:rPr>
                <w:lang w:val="fr-FR"/>
              </w:rPr>
              <w:t>donne lieu</w:t>
            </w:r>
            <w:r w:rsidRPr="003F310A">
              <w:rPr>
                <w:lang w:val="fr-FR"/>
              </w:rPr>
              <w:t xml:space="preserve"> à l’attribution d’ECTS. Les activités reconnues doivent représenter environ </w:t>
            </w:r>
            <w:r w:rsidR="00611988">
              <w:rPr>
                <w:lang w:val="fr-FR"/>
              </w:rPr>
              <w:t>20</w:t>
            </w:r>
            <w:r w:rsidRPr="003F310A">
              <w:rPr>
                <w:lang w:val="fr-FR"/>
              </w:rPr>
              <w:t xml:space="preserve"> heures d’engagement sur le semestre.</w:t>
            </w:r>
          </w:p>
        </w:tc>
      </w:tr>
    </w:tbl>
    <w:p w14:paraId="2D1247ED" w14:textId="77777777" w:rsidR="000A5118" w:rsidRDefault="000A5118">
      <w:pPr>
        <w:rPr>
          <w:lang w:val="fr-FR"/>
        </w:rPr>
      </w:pPr>
    </w:p>
    <w:tbl>
      <w:tblPr>
        <w:tblW w:w="11199" w:type="dxa"/>
        <w:tblInd w:w="-157" w:type="dxa"/>
        <w:tblLook w:val="04A0" w:firstRow="1" w:lastRow="0" w:firstColumn="1" w:lastColumn="0" w:noHBand="0" w:noVBand="1"/>
      </w:tblPr>
      <w:tblGrid>
        <w:gridCol w:w="11199"/>
      </w:tblGrid>
      <w:tr w:rsidR="000A5118" w14:paraId="7A2D892F" w14:textId="77777777" w:rsidTr="00316C4F">
        <w:tc>
          <w:tcPr>
            <w:tcW w:w="11199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</w:tcPr>
          <w:p w14:paraId="315E1E5F" w14:textId="77777777" w:rsidR="000A5118" w:rsidRPr="003F310A" w:rsidRDefault="0025613D">
            <w:pPr>
              <w:rPr>
                <w:lang w:val="fr-FR"/>
              </w:rPr>
            </w:pPr>
            <w:r w:rsidRPr="003F310A">
              <w:rPr>
                <w:b/>
                <w:color w:val="004682"/>
                <w:sz w:val="24"/>
                <w:lang w:val="fr-FR"/>
              </w:rPr>
              <w:t>Informations sur l’étudiant·e</w:t>
            </w:r>
          </w:p>
          <w:p w14:paraId="09C75BB4" w14:textId="224C5B78" w:rsidR="000A5118" w:rsidRPr="003F310A" w:rsidRDefault="0025613D">
            <w:pPr>
              <w:rPr>
                <w:lang w:val="fr-FR"/>
              </w:rPr>
            </w:pPr>
            <w:r w:rsidRPr="003F310A">
              <w:rPr>
                <w:lang w:val="fr-FR"/>
              </w:rPr>
              <w:t>Nom : ......................</w:t>
            </w:r>
            <w:r w:rsidR="0069466F">
              <w:rPr>
                <w:lang w:val="fr-FR"/>
              </w:rPr>
              <w:t xml:space="preserve">     </w:t>
            </w:r>
            <w:r w:rsidR="00472805">
              <w:rPr>
                <w:lang w:val="fr-FR"/>
              </w:rPr>
              <w:t xml:space="preserve">     </w:t>
            </w:r>
            <w:r w:rsidR="008C7890">
              <w:rPr>
                <w:lang w:val="fr-FR"/>
              </w:rPr>
              <w:t xml:space="preserve">        </w:t>
            </w:r>
            <w:r w:rsidR="00472805">
              <w:rPr>
                <w:lang w:val="fr-FR"/>
              </w:rPr>
              <w:t xml:space="preserve">    </w:t>
            </w:r>
            <w:r w:rsidR="0069466F">
              <w:rPr>
                <w:lang w:val="fr-FR"/>
              </w:rPr>
              <w:t xml:space="preserve">   </w:t>
            </w:r>
            <w:r w:rsidRPr="003F310A">
              <w:rPr>
                <w:lang w:val="fr-FR"/>
              </w:rPr>
              <w:t>Prénom :</w:t>
            </w:r>
            <w:r w:rsidR="00472805">
              <w:rPr>
                <w:lang w:val="fr-FR"/>
              </w:rPr>
              <w:t xml:space="preserve"> </w:t>
            </w:r>
            <w:r w:rsidRPr="003F310A">
              <w:rPr>
                <w:lang w:val="fr-FR"/>
              </w:rPr>
              <w:t>...........................</w:t>
            </w:r>
            <w:r w:rsidR="00472805">
              <w:rPr>
                <w:lang w:val="fr-FR"/>
              </w:rPr>
              <w:t xml:space="preserve">           </w:t>
            </w:r>
            <w:r w:rsidR="008C7890">
              <w:rPr>
                <w:lang w:val="fr-FR"/>
              </w:rPr>
              <w:t xml:space="preserve">                </w:t>
            </w:r>
            <w:r w:rsidR="00472805">
              <w:rPr>
                <w:lang w:val="fr-FR"/>
              </w:rPr>
              <w:t xml:space="preserve">   </w:t>
            </w:r>
            <w:r w:rsidRPr="003F310A">
              <w:rPr>
                <w:lang w:val="fr-FR"/>
              </w:rPr>
              <w:t>Numéro étudiant :</w:t>
            </w:r>
            <w:r w:rsidR="00472805">
              <w:rPr>
                <w:lang w:val="fr-FR"/>
              </w:rPr>
              <w:t xml:space="preserve">    </w:t>
            </w:r>
            <w:r w:rsidRPr="003F310A">
              <w:rPr>
                <w:lang w:val="fr-FR"/>
              </w:rPr>
              <w:t>...............................</w:t>
            </w:r>
          </w:p>
          <w:p w14:paraId="77FB2E56" w14:textId="5FCC4EF6" w:rsidR="008C7890" w:rsidRPr="00567D2E" w:rsidRDefault="0025613D" w:rsidP="00472805">
            <w:pPr>
              <w:rPr>
                <w:lang w:val="fr-FR"/>
              </w:rPr>
            </w:pPr>
            <w:r w:rsidRPr="003F310A">
              <w:rPr>
                <w:lang w:val="fr-FR"/>
              </w:rPr>
              <w:t>Diplôme et niveau préparé : ..............................................................................................</w:t>
            </w:r>
          </w:p>
        </w:tc>
      </w:tr>
    </w:tbl>
    <w:tbl>
      <w:tblPr>
        <w:tblpPr w:leftFromText="141" w:rightFromText="141" w:vertAnchor="text" w:horzAnchor="margin" w:tblpX="-157" w:tblpY="532"/>
        <w:tblW w:w="11184" w:type="dxa"/>
        <w:tblLook w:val="04A0" w:firstRow="1" w:lastRow="0" w:firstColumn="1" w:lastColumn="0" w:noHBand="0" w:noVBand="1"/>
      </w:tblPr>
      <w:tblGrid>
        <w:gridCol w:w="11184"/>
      </w:tblGrid>
      <w:tr w:rsidR="00611988" w:rsidRPr="003F310A" w14:paraId="275607C9" w14:textId="77777777" w:rsidTr="00B5385D">
        <w:trPr>
          <w:trHeight w:val="1671"/>
        </w:trPr>
        <w:tc>
          <w:tcPr>
            <w:tcW w:w="11184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</w:tcPr>
          <w:p w14:paraId="2BBA23E5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b/>
                <w:color w:val="004682"/>
                <w:sz w:val="24"/>
                <w:lang w:val="fr-FR"/>
              </w:rPr>
              <w:t>Nature de l’engagement</w:t>
            </w:r>
          </w:p>
          <w:p w14:paraId="1EFFE2C8" w14:textId="77777777" w:rsidR="00611988" w:rsidRDefault="00611988" w:rsidP="00611988">
            <w:pPr>
              <w:rPr>
                <w:lang w:val="fr-FR"/>
              </w:rPr>
            </w:pPr>
            <w:r w:rsidRPr="003F310A">
              <w:rPr>
                <w:rFonts w:ascii="Segoe UI Symbol" w:hAnsi="Segoe UI Symbol" w:cs="Segoe UI Symbol"/>
                <w:lang w:val="fr-FR"/>
              </w:rPr>
              <w:t>☐</w:t>
            </w:r>
            <w:r w:rsidRPr="003F310A">
              <w:rPr>
                <w:lang w:val="fr-FR"/>
              </w:rPr>
              <w:t xml:space="preserve"> Culturel / Interculturel</w:t>
            </w:r>
            <w:r w:rsidRPr="003F310A">
              <w:rPr>
                <w:lang w:val="fr-FR"/>
              </w:rPr>
              <w:br/>
            </w:r>
            <w:r w:rsidRPr="003F310A">
              <w:rPr>
                <w:rFonts w:ascii="Segoe UI Symbol" w:hAnsi="Segoe UI Symbol" w:cs="Segoe UI Symbol"/>
                <w:lang w:val="fr-FR"/>
              </w:rPr>
              <w:t>☐</w:t>
            </w:r>
            <w:r w:rsidRPr="003F310A">
              <w:rPr>
                <w:lang w:val="fr-FR"/>
              </w:rPr>
              <w:t xml:space="preserve"> Solidaire / Citoyen</w:t>
            </w:r>
            <w:r w:rsidRPr="003F310A">
              <w:rPr>
                <w:lang w:val="fr-FR"/>
              </w:rPr>
              <w:br/>
            </w:r>
            <w:r w:rsidRPr="003F310A">
              <w:rPr>
                <w:rFonts w:ascii="Segoe UI Symbol" w:hAnsi="Segoe UI Symbol" w:cs="Segoe UI Symbol"/>
                <w:lang w:val="fr-FR"/>
              </w:rPr>
              <w:t>☐</w:t>
            </w:r>
            <w:r w:rsidRPr="003F310A">
              <w:rPr>
                <w:lang w:val="fr-FR"/>
              </w:rPr>
              <w:t xml:space="preserve"> Vie associative / Bureau des </w:t>
            </w:r>
            <w:r w:rsidRPr="003F310A">
              <w:rPr>
                <w:rFonts w:cs="Calibri"/>
                <w:lang w:val="fr-FR"/>
              </w:rPr>
              <w:t>é</w:t>
            </w:r>
            <w:r w:rsidRPr="003F310A">
              <w:rPr>
                <w:lang w:val="fr-FR"/>
              </w:rPr>
              <w:t>tudiants</w:t>
            </w:r>
            <w:r w:rsidRPr="003F310A">
              <w:rPr>
                <w:lang w:val="fr-FR"/>
              </w:rPr>
              <w:br/>
            </w:r>
            <w:r w:rsidRPr="003F310A">
              <w:rPr>
                <w:rFonts w:ascii="Segoe UI Symbol" w:hAnsi="Segoe UI Symbol" w:cs="Segoe UI Symbol"/>
                <w:lang w:val="fr-FR"/>
              </w:rPr>
              <w:t>☐</w:t>
            </w:r>
            <w:r w:rsidRPr="003F310A">
              <w:rPr>
                <w:lang w:val="fr-FR"/>
              </w:rPr>
              <w:t xml:space="preserve"> Accompagnement d</w:t>
            </w:r>
            <w:r w:rsidRPr="003F310A">
              <w:rPr>
                <w:rFonts w:cs="Calibri"/>
                <w:lang w:val="fr-FR"/>
              </w:rPr>
              <w:t>’é</w:t>
            </w:r>
            <w:r w:rsidRPr="003F310A">
              <w:rPr>
                <w:lang w:val="fr-FR"/>
              </w:rPr>
              <w:t>tudiant</w:t>
            </w:r>
            <w:r w:rsidRPr="003F310A">
              <w:rPr>
                <w:rFonts w:cs="Calibri"/>
                <w:lang w:val="fr-FR"/>
              </w:rPr>
              <w:t>·</w:t>
            </w:r>
            <w:r w:rsidRPr="003F310A">
              <w:rPr>
                <w:lang w:val="fr-FR"/>
              </w:rPr>
              <w:t>e (tutorat, soutien linguistique)</w:t>
            </w:r>
            <w:r w:rsidRPr="003F310A">
              <w:rPr>
                <w:lang w:val="fr-FR"/>
              </w:rPr>
              <w:br/>
            </w:r>
            <w:r w:rsidRPr="003F310A">
              <w:rPr>
                <w:rFonts w:ascii="Segoe UI Symbol" w:hAnsi="Segoe UI Symbol" w:cs="Segoe UI Symbol"/>
                <w:lang w:val="fr-FR"/>
              </w:rPr>
              <w:t>☐</w:t>
            </w:r>
            <w:r w:rsidRPr="003F310A">
              <w:rPr>
                <w:lang w:val="fr-FR"/>
              </w:rPr>
              <w:t xml:space="preserve"> Autre (pr</w:t>
            </w:r>
            <w:r w:rsidRPr="003F310A">
              <w:rPr>
                <w:rFonts w:cs="Calibri"/>
                <w:lang w:val="fr-FR"/>
              </w:rPr>
              <w:t>é</w:t>
            </w:r>
            <w:r w:rsidRPr="003F310A">
              <w:rPr>
                <w:lang w:val="fr-FR"/>
              </w:rPr>
              <w:t>ciser) : .........................................................................................................</w:t>
            </w:r>
          </w:p>
          <w:p w14:paraId="59ABDD49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b/>
                <w:color w:val="004682"/>
                <w:sz w:val="24"/>
                <w:lang w:val="fr-FR"/>
              </w:rPr>
              <w:t>Description de l’engagement</w:t>
            </w:r>
          </w:p>
          <w:p w14:paraId="319B95C5" w14:textId="502DB0C4" w:rsidR="00567D2E" w:rsidRDefault="00611988" w:rsidP="00567D2E">
            <w:pPr>
              <w:spacing w:before="120" w:after="0" w:line="240" w:lineRule="auto"/>
              <w:rPr>
                <w:lang w:val="fr-FR"/>
              </w:rPr>
            </w:pPr>
            <w:r w:rsidRPr="003F310A">
              <w:rPr>
                <w:lang w:val="fr-FR"/>
              </w:rPr>
              <w:t>Décrivez brièvement les actions menées, vos responsabilités et les compétences mobilisées :</w:t>
            </w:r>
            <w:r w:rsidRPr="003F310A">
              <w:rPr>
                <w:lang w:val="fr-FR"/>
              </w:rPr>
              <w:br/>
            </w:r>
            <w:r w:rsidRPr="003F310A">
              <w:rPr>
                <w:lang w:val="fr-FR"/>
              </w:rPr>
              <w:br/>
              <w:t>..................................................................................................................................................</w:t>
            </w:r>
            <w:r>
              <w:rPr>
                <w:lang w:val="fr-FR"/>
              </w:rPr>
              <w:t>................................................</w:t>
            </w:r>
          </w:p>
          <w:p w14:paraId="72747006" w14:textId="77777777" w:rsidR="00567D2E" w:rsidRDefault="00567D2E" w:rsidP="00567D2E">
            <w:pPr>
              <w:spacing w:before="120"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38C8CADA" w14:textId="77777777" w:rsidR="00567D2E" w:rsidRDefault="00567D2E" w:rsidP="00567D2E">
            <w:pPr>
              <w:spacing w:before="120"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C6288A1" w14:textId="77777777" w:rsidR="00567D2E" w:rsidRDefault="00567D2E" w:rsidP="00567D2E">
            <w:pPr>
              <w:spacing w:before="120"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01AE53D9" w14:textId="77777777" w:rsidR="00567D2E" w:rsidRDefault="00567D2E" w:rsidP="00567D2E">
            <w:pPr>
              <w:spacing w:before="120"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  <w:p w14:paraId="31551010" w14:textId="1F117409" w:rsidR="00611988" w:rsidRPr="003F310A" w:rsidRDefault="00567D2E" w:rsidP="00567D2E">
            <w:pPr>
              <w:spacing w:before="120" w:after="0" w:line="240" w:lineRule="auto"/>
              <w:rPr>
                <w:lang w:val="fr-FR"/>
              </w:rPr>
            </w:pPr>
            <w:r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611988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  <w:r w:rsidR="00AF31EB" w:rsidRPr="003F310A">
              <w:rPr>
                <w:lang w:val="fr-FR"/>
              </w:rPr>
              <w:br/>
            </w:r>
            <w:r w:rsidR="00AF31EB">
              <w:rPr>
                <w:lang w:val="fr-FR"/>
              </w:rPr>
              <w:t>…………………………………………………………………………………………………………………………………………………………………………………………….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2A4F2EED" w14:textId="77777777" w:rsidR="003F310A" w:rsidRDefault="003F310A"/>
    <w:tbl>
      <w:tblPr>
        <w:tblW w:w="11129" w:type="dxa"/>
        <w:tblInd w:w="-157" w:type="dxa"/>
        <w:tblLook w:val="04A0" w:firstRow="1" w:lastRow="0" w:firstColumn="1" w:lastColumn="0" w:noHBand="0" w:noVBand="1"/>
      </w:tblPr>
      <w:tblGrid>
        <w:gridCol w:w="11129"/>
      </w:tblGrid>
      <w:tr w:rsidR="000A5118" w:rsidRPr="003F310A" w14:paraId="121A9121" w14:textId="77777777" w:rsidTr="00AF31EB">
        <w:trPr>
          <w:trHeight w:val="3365"/>
        </w:trPr>
        <w:tc>
          <w:tcPr>
            <w:tcW w:w="11129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</w:tcPr>
          <w:p w14:paraId="0F2D47E0" w14:textId="0CF1EBA0" w:rsidR="000A5118" w:rsidRPr="003F310A" w:rsidRDefault="00567D2E">
            <w:pPr>
              <w:rPr>
                <w:lang w:val="fr-FR"/>
              </w:rPr>
            </w:pPr>
            <w:r>
              <w:rPr>
                <w:b/>
                <w:color w:val="004682"/>
                <w:sz w:val="24"/>
                <w:lang w:val="fr-FR"/>
              </w:rPr>
              <w:t xml:space="preserve">Exemples </w:t>
            </w:r>
            <w:r w:rsidR="0025613D" w:rsidRPr="003F310A">
              <w:rPr>
                <w:b/>
                <w:color w:val="004682"/>
                <w:sz w:val="24"/>
                <w:lang w:val="fr-FR"/>
              </w:rPr>
              <w:t xml:space="preserve">d’actions éligibles (SUL </w:t>
            </w:r>
            <w:proofErr w:type="spellStart"/>
            <w:r w:rsidR="00AF31EB">
              <w:rPr>
                <w:b/>
                <w:color w:val="004682"/>
                <w:sz w:val="24"/>
                <w:lang w:val="fr-FR"/>
              </w:rPr>
              <w:t>am</w:t>
            </w:r>
            <w:r w:rsidR="0025613D" w:rsidRPr="003F310A">
              <w:rPr>
                <w:b/>
                <w:color w:val="004682"/>
                <w:sz w:val="24"/>
                <w:lang w:val="fr-FR"/>
              </w:rPr>
              <w:t>U</w:t>
            </w:r>
            <w:proofErr w:type="spellEnd"/>
            <w:r w:rsidR="0025613D" w:rsidRPr="003F310A">
              <w:rPr>
                <w:b/>
                <w:color w:val="004682"/>
                <w:sz w:val="24"/>
                <w:lang w:val="fr-FR"/>
              </w:rPr>
              <w:t>)</w:t>
            </w:r>
          </w:p>
          <w:p w14:paraId="5340CBD6" w14:textId="52DD6824" w:rsidR="00FF2546" w:rsidRDefault="00FF2546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>Accompagner un étudiant nouveau et/ou en difficulté durant le</w:t>
            </w:r>
            <w:r w:rsidR="00AF31EB">
              <w:rPr>
                <w:lang w:val="fr-FR"/>
              </w:rPr>
              <w:t>s</w:t>
            </w:r>
            <w:r w:rsidRPr="00712142">
              <w:rPr>
                <w:lang w:val="fr-FR"/>
              </w:rPr>
              <w:t xml:space="preserve"> premier</w:t>
            </w:r>
            <w:r w:rsidR="00AF31EB">
              <w:rPr>
                <w:lang w:val="fr-FR"/>
              </w:rPr>
              <w:t>s</w:t>
            </w:r>
            <w:r w:rsidRPr="00712142">
              <w:rPr>
                <w:lang w:val="fr-FR"/>
              </w:rPr>
              <w:t xml:space="preserve"> mois</w:t>
            </w:r>
          </w:p>
          <w:p w14:paraId="12F100A0" w14:textId="1DFD8C4F" w:rsidR="004D7CF8" w:rsidRPr="00712142" w:rsidRDefault="004D7CF8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>
              <w:rPr>
                <w:lang w:val="fr-FR"/>
              </w:rPr>
              <w:t>Être membre actif d’une association étudiante</w:t>
            </w:r>
          </w:p>
          <w:p w14:paraId="77D8AF73" w14:textId="3D8695E4" w:rsidR="00FF2546" w:rsidRPr="00712142" w:rsidRDefault="00FF2546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>Participer</w:t>
            </w:r>
            <w:r w:rsidRPr="00712142">
              <w:rPr>
                <w:b/>
                <w:bCs/>
                <w:lang w:val="fr-FR"/>
              </w:rPr>
              <w:t xml:space="preserve"> </w:t>
            </w:r>
            <w:r w:rsidRPr="00712142">
              <w:rPr>
                <w:lang w:val="fr-FR"/>
              </w:rPr>
              <w:t>activement au bureau des étudiants</w:t>
            </w:r>
          </w:p>
          <w:p w14:paraId="4ECFBF65" w14:textId="6F311422" w:rsidR="00FF2546" w:rsidRPr="00712142" w:rsidRDefault="00FF2546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>Assumer le rôle de délégué de promotion</w:t>
            </w:r>
          </w:p>
          <w:p w14:paraId="12EE5FD5" w14:textId="5B228A3D" w:rsidR="00FF2546" w:rsidRPr="00712142" w:rsidRDefault="00FF2546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 xml:space="preserve">Animer un ou plusieurs ateliers de conversation dans sa langue </w:t>
            </w:r>
            <w:r w:rsidR="00AF31EB">
              <w:rPr>
                <w:lang w:val="fr-FR"/>
              </w:rPr>
              <w:t>dans un Centre de langues d’</w:t>
            </w:r>
            <w:proofErr w:type="spellStart"/>
            <w:r w:rsidR="00AF31EB">
              <w:rPr>
                <w:lang w:val="fr-FR"/>
              </w:rPr>
              <w:t>amU</w:t>
            </w:r>
            <w:proofErr w:type="spellEnd"/>
          </w:p>
          <w:p w14:paraId="5DDF358F" w14:textId="664EDCDE" w:rsidR="00FF2546" w:rsidRPr="00712142" w:rsidRDefault="00FF2546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 xml:space="preserve">Contribuer à des projets proposés par </w:t>
            </w:r>
            <w:proofErr w:type="spellStart"/>
            <w:r w:rsidR="00AF31EB">
              <w:rPr>
                <w:lang w:val="fr-FR"/>
              </w:rPr>
              <w:t>am</w:t>
            </w:r>
            <w:r w:rsidRPr="00712142">
              <w:rPr>
                <w:lang w:val="fr-FR"/>
              </w:rPr>
              <w:t>U</w:t>
            </w:r>
            <w:proofErr w:type="spellEnd"/>
            <w:r w:rsidRPr="00712142">
              <w:rPr>
                <w:lang w:val="fr-FR"/>
              </w:rPr>
              <w:t xml:space="preserve"> en dehors des cours (par exemple : concours développement durable, concours d’écriture)</w:t>
            </w:r>
          </w:p>
          <w:p w14:paraId="57169E37" w14:textId="7A7C290E" w:rsidR="00FF2546" w:rsidRPr="00712142" w:rsidRDefault="00FF2546" w:rsidP="00712142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>Prendre</w:t>
            </w:r>
            <w:r w:rsidRPr="00712142">
              <w:rPr>
                <w:b/>
                <w:bCs/>
                <w:lang w:val="fr-FR"/>
              </w:rPr>
              <w:t xml:space="preserve"> </w:t>
            </w:r>
            <w:r w:rsidRPr="00712142">
              <w:rPr>
                <w:lang w:val="fr-FR"/>
              </w:rPr>
              <w:t xml:space="preserve">part aux activités proposées par la bibliothèque </w:t>
            </w:r>
            <w:proofErr w:type="spellStart"/>
            <w:r w:rsidRPr="00712142">
              <w:rPr>
                <w:lang w:val="fr-FR"/>
              </w:rPr>
              <w:t>Fenouillères</w:t>
            </w:r>
            <w:proofErr w:type="spellEnd"/>
          </w:p>
          <w:p w14:paraId="23E7E3CA" w14:textId="7EDEE66C" w:rsidR="00AF31EB" w:rsidRPr="00AF31EB" w:rsidRDefault="00FF2546" w:rsidP="00AF31EB">
            <w:pPr>
              <w:pStyle w:val="Paragraphedeliste"/>
              <w:numPr>
                <w:ilvl w:val="0"/>
                <w:numId w:val="12"/>
              </w:numPr>
              <w:rPr>
                <w:lang w:val="fr-FR"/>
              </w:rPr>
            </w:pPr>
            <w:r w:rsidRPr="00712142">
              <w:rPr>
                <w:lang w:val="fr-FR"/>
              </w:rPr>
              <w:t>Participer à la chorale du SUL, au club théâtre ou à Osamu, etc</w:t>
            </w:r>
            <w:r w:rsidR="00AF31EB">
              <w:rPr>
                <w:lang w:val="fr-FR"/>
              </w:rPr>
              <w:t>.</w:t>
            </w:r>
          </w:p>
        </w:tc>
      </w:tr>
    </w:tbl>
    <w:tbl>
      <w:tblPr>
        <w:tblpPr w:leftFromText="141" w:rightFromText="141" w:vertAnchor="text" w:horzAnchor="margin" w:tblpY="421"/>
        <w:tblW w:w="11042" w:type="dxa"/>
        <w:tblLook w:val="04A0" w:firstRow="1" w:lastRow="0" w:firstColumn="1" w:lastColumn="0" w:noHBand="0" w:noVBand="1"/>
      </w:tblPr>
      <w:tblGrid>
        <w:gridCol w:w="11042"/>
      </w:tblGrid>
      <w:tr w:rsidR="00611988" w:rsidRPr="003F310A" w14:paraId="7F967496" w14:textId="77777777" w:rsidTr="00567D2E">
        <w:tc>
          <w:tcPr>
            <w:tcW w:w="11042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</w:tcPr>
          <w:p w14:paraId="0D4C9196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b/>
                <w:color w:val="004682"/>
                <w:sz w:val="24"/>
                <w:lang w:val="fr-FR"/>
              </w:rPr>
              <w:t>Charte de l’engagement étudiant</w:t>
            </w:r>
          </w:p>
          <w:p w14:paraId="4D79EFCC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lang w:val="fr-FR"/>
              </w:rPr>
              <w:t xml:space="preserve">• Être solidaire, responsable et acteur de la vie universitaire </w:t>
            </w:r>
          </w:p>
          <w:p w14:paraId="59F149D0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lang w:val="fr-FR"/>
              </w:rPr>
              <w:t xml:space="preserve">• S’impliquer activement dans la mission choisie avec sérieux et régularité </w:t>
            </w:r>
          </w:p>
          <w:p w14:paraId="18A98F33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lang w:val="fr-FR"/>
              </w:rPr>
              <w:t xml:space="preserve">• Contribuer à la vie collective du SUL et à la promotion de la diversité culturelle </w:t>
            </w:r>
          </w:p>
          <w:p w14:paraId="3BE75AD0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lang w:val="fr-FR"/>
              </w:rPr>
              <w:t xml:space="preserve">• Respecter les valeurs d’Aix-Marseille Université : respect, inclusion, engagement, laïcité </w:t>
            </w:r>
          </w:p>
          <w:p w14:paraId="3593BBC0" w14:textId="77777777" w:rsidR="00611988" w:rsidRPr="003F310A" w:rsidRDefault="00611988" w:rsidP="00611988">
            <w:pPr>
              <w:rPr>
                <w:lang w:val="fr-FR"/>
              </w:rPr>
            </w:pPr>
            <w:r w:rsidRPr="003F310A">
              <w:rPr>
                <w:lang w:val="fr-FR"/>
              </w:rPr>
              <w:t>• Rédiger un court bilan en fin de semestre décrivant les actions menées et les compétences développées.</w:t>
            </w:r>
          </w:p>
        </w:tc>
      </w:tr>
    </w:tbl>
    <w:p w14:paraId="012AC255" w14:textId="77777777" w:rsidR="00611988" w:rsidRDefault="00611988">
      <w:pPr>
        <w:rPr>
          <w:lang w:val="fr-FR"/>
        </w:rPr>
      </w:pPr>
    </w:p>
    <w:p w14:paraId="74CFCAB4" w14:textId="77777777" w:rsidR="00611988" w:rsidRDefault="00611988">
      <w:pPr>
        <w:rPr>
          <w:lang w:val="fr-FR"/>
        </w:rPr>
      </w:pPr>
    </w:p>
    <w:tbl>
      <w:tblPr>
        <w:tblW w:w="11184" w:type="dxa"/>
        <w:tblLook w:val="04A0" w:firstRow="1" w:lastRow="0" w:firstColumn="1" w:lastColumn="0" w:noHBand="0" w:noVBand="1"/>
      </w:tblPr>
      <w:tblGrid>
        <w:gridCol w:w="11184"/>
      </w:tblGrid>
      <w:tr w:rsidR="000A5118" w:rsidRPr="003F310A" w14:paraId="4CEC82CE" w14:textId="77777777" w:rsidTr="00316C4F">
        <w:tc>
          <w:tcPr>
            <w:tcW w:w="11184" w:type="dxa"/>
            <w:tcBorders>
              <w:top w:val="single" w:sz="12" w:space="0" w:color="95B3D7"/>
              <w:left w:val="single" w:sz="12" w:space="0" w:color="95B3D7"/>
              <w:bottom w:val="single" w:sz="12" w:space="0" w:color="95B3D7"/>
              <w:right w:val="single" w:sz="12" w:space="0" w:color="95B3D7"/>
            </w:tcBorders>
          </w:tcPr>
          <w:p w14:paraId="10A3AF01" w14:textId="77777777" w:rsidR="000A5118" w:rsidRPr="003F310A" w:rsidRDefault="0025613D">
            <w:pPr>
              <w:rPr>
                <w:lang w:val="fr-FR"/>
              </w:rPr>
            </w:pPr>
            <w:r w:rsidRPr="003F310A">
              <w:rPr>
                <w:b/>
                <w:color w:val="004682"/>
                <w:sz w:val="24"/>
                <w:lang w:val="fr-FR"/>
              </w:rPr>
              <w:t>Validation et signatures</w:t>
            </w:r>
          </w:p>
          <w:p w14:paraId="78324E81" w14:textId="77777777" w:rsidR="00316C4F" w:rsidRDefault="0025613D">
            <w:pPr>
              <w:rPr>
                <w:lang w:val="fr-FR"/>
              </w:rPr>
            </w:pPr>
            <w:r w:rsidRPr="003F310A">
              <w:rPr>
                <w:lang w:val="fr-FR"/>
              </w:rPr>
              <w:t xml:space="preserve">Responsable / encadrant de l’activité : ............................................................  </w:t>
            </w:r>
            <w:r w:rsidR="003F310A">
              <w:rPr>
                <w:lang w:val="fr-FR"/>
              </w:rPr>
              <w:t xml:space="preserve"> </w:t>
            </w:r>
            <w:r w:rsidRPr="003F310A">
              <w:rPr>
                <w:lang w:val="fr-FR"/>
              </w:rPr>
              <w:t>Signature : ......................</w:t>
            </w:r>
          </w:p>
          <w:p w14:paraId="76C8AEC0" w14:textId="47A150CA" w:rsidR="00567D2E" w:rsidRDefault="0025613D">
            <w:pPr>
              <w:rPr>
                <w:lang w:val="fr-FR"/>
              </w:rPr>
            </w:pPr>
            <w:r w:rsidRPr="003F310A">
              <w:rPr>
                <w:lang w:val="fr-FR"/>
              </w:rPr>
              <w:br/>
              <w:t>Responsable de la Scolarité et de la Vie Étudiante :</w:t>
            </w:r>
            <w:r w:rsidR="00345310">
              <w:rPr>
                <w:lang w:val="fr-FR"/>
              </w:rPr>
              <w:t xml:space="preserve"> </w:t>
            </w:r>
            <w:r w:rsidRPr="003F310A">
              <w:rPr>
                <w:lang w:val="fr-FR"/>
              </w:rPr>
              <w:t xml:space="preserve"> Viviane ROSATI </w:t>
            </w:r>
            <w:r w:rsidR="00345310">
              <w:rPr>
                <w:lang w:val="fr-FR"/>
              </w:rPr>
              <w:t xml:space="preserve"> ……………..</w:t>
            </w:r>
            <w:r w:rsidR="003F310A">
              <w:rPr>
                <w:lang w:val="fr-FR"/>
              </w:rPr>
              <w:t xml:space="preserve"> </w:t>
            </w:r>
            <w:r w:rsidRPr="003F310A">
              <w:rPr>
                <w:lang w:val="fr-FR"/>
              </w:rPr>
              <w:t>Signature : ......................</w:t>
            </w:r>
          </w:p>
          <w:p w14:paraId="12A53FB6" w14:textId="77777777" w:rsidR="00B5385D" w:rsidRPr="003F310A" w:rsidRDefault="00B5385D">
            <w:pPr>
              <w:rPr>
                <w:lang w:val="fr-FR"/>
              </w:rPr>
            </w:pPr>
          </w:p>
          <w:p w14:paraId="1B6D5898" w14:textId="51FCB547" w:rsidR="000A5118" w:rsidRPr="003F310A" w:rsidRDefault="0025613D">
            <w:pPr>
              <w:rPr>
                <w:lang w:val="fr-FR"/>
              </w:rPr>
            </w:pPr>
            <w:r w:rsidRPr="003F310A">
              <w:rPr>
                <w:i/>
                <w:lang w:val="fr-FR"/>
              </w:rPr>
              <w:t>L</w:t>
            </w:r>
            <w:r w:rsidR="006D50D6">
              <w:rPr>
                <w:i/>
                <w:lang w:val="fr-FR"/>
              </w:rPr>
              <w:t xml:space="preserve">’UE </w:t>
            </w:r>
            <w:r w:rsidRPr="003F310A">
              <w:rPr>
                <w:i/>
                <w:lang w:val="fr-FR"/>
              </w:rPr>
              <w:t>est attribué</w:t>
            </w:r>
            <w:r w:rsidR="006D50D6">
              <w:rPr>
                <w:i/>
                <w:lang w:val="fr-FR"/>
              </w:rPr>
              <w:t>e</w:t>
            </w:r>
            <w:r w:rsidRPr="003F310A">
              <w:rPr>
                <w:i/>
                <w:lang w:val="fr-FR"/>
              </w:rPr>
              <w:t>, le cas échéant, sur proposition d</w:t>
            </w:r>
            <w:r w:rsidR="00567D2E">
              <w:rPr>
                <w:i/>
                <w:lang w:val="fr-FR"/>
              </w:rPr>
              <w:t>e la scolarité</w:t>
            </w:r>
            <w:r w:rsidRPr="003F310A">
              <w:rPr>
                <w:i/>
                <w:lang w:val="fr-FR"/>
              </w:rPr>
              <w:t xml:space="preserve"> après délibération du jury de fin de semestre.</w:t>
            </w:r>
          </w:p>
        </w:tc>
      </w:tr>
    </w:tbl>
    <w:p w14:paraId="621C32FE" w14:textId="77777777" w:rsidR="003A4F66" w:rsidRDefault="003A4F66" w:rsidP="00316C4F">
      <w:pPr>
        <w:tabs>
          <w:tab w:val="left" w:pos="0"/>
          <w:tab w:val="left" w:pos="709"/>
          <w:tab w:val="left" w:pos="2127"/>
        </w:tabs>
        <w:rPr>
          <w:sz w:val="20"/>
          <w:lang w:val="fr-FR"/>
        </w:rPr>
      </w:pPr>
    </w:p>
    <w:sectPr w:rsidR="003A4F66" w:rsidSect="00043F09">
      <w:headerReference w:type="default" r:id="rId9"/>
      <w:footerReference w:type="default" r:id="rId10"/>
      <w:pgSz w:w="12240" w:h="15840"/>
      <w:pgMar w:top="136" w:right="720" w:bottom="284" w:left="720" w:header="5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87B2D" w14:textId="77777777" w:rsidR="000E43B3" w:rsidRDefault="000E43B3" w:rsidP="00994AC6">
      <w:pPr>
        <w:spacing w:after="0" w:line="240" w:lineRule="auto"/>
      </w:pPr>
      <w:r>
        <w:separator/>
      </w:r>
    </w:p>
  </w:endnote>
  <w:endnote w:type="continuationSeparator" w:id="0">
    <w:p w14:paraId="43811D1B" w14:textId="77777777" w:rsidR="000E43B3" w:rsidRDefault="000E43B3" w:rsidP="00994A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61614581"/>
      <w:docPartObj>
        <w:docPartGallery w:val="Page Numbers (Bottom of Page)"/>
        <w:docPartUnique/>
      </w:docPartObj>
    </w:sdtPr>
    <w:sdtEndPr/>
    <w:sdtContent>
      <w:p w14:paraId="68023DBD" w14:textId="4B8F7990" w:rsidR="00FE461F" w:rsidRDefault="00FE461F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153E73ED" w14:textId="77777777" w:rsidR="00FE461F" w:rsidRDefault="00FE461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74A55C" w14:textId="77777777" w:rsidR="000E43B3" w:rsidRDefault="000E43B3" w:rsidP="00994AC6">
      <w:pPr>
        <w:spacing w:after="0" w:line="240" w:lineRule="auto"/>
      </w:pPr>
      <w:r>
        <w:separator/>
      </w:r>
    </w:p>
  </w:footnote>
  <w:footnote w:type="continuationSeparator" w:id="0">
    <w:p w14:paraId="010EACA3" w14:textId="77777777" w:rsidR="000E43B3" w:rsidRDefault="000E43B3" w:rsidP="00994A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EE21D" w14:textId="77777777" w:rsidR="0002367D" w:rsidRDefault="0002367D" w:rsidP="00A71873">
    <w:pPr>
      <w:pStyle w:val="En-tte"/>
      <w:jc w:val="both"/>
    </w:pPr>
  </w:p>
  <w:p w14:paraId="7D464EE1" w14:textId="77777777" w:rsidR="0002367D" w:rsidRDefault="0002367D">
    <w:pPr>
      <w:pStyle w:val="En-tte"/>
    </w:pPr>
  </w:p>
  <w:p w14:paraId="359BD762" w14:textId="3DD141E7" w:rsidR="00DD5E7E" w:rsidRDefault="00DD5E7E" w:rsidP="00A71873">
    <w:pPr>
      <w:pStyle w:val="En-tte"/>
      <w:tabs>
        <w:tab w:val="clear" w:pos="4680"/>
        <w:tab w:val="center" w:pos="1560"/>
        <w:tab w:val="center" w:pos="5400"/>
      </w:tabs>
    </w:pPr>
    <w:r>
      <w:rPr>
        <w:noProof/>
      </w:rPr>
      <w:drawing>
        <wp:inline distT="0" distB="0" distL="0" distR="0" wp14:anchorId="41F31102" wp14:editId="24E05092">
          <wp:extent cx="2749550" cy="462911"/>
          <wp:effectExtent l="0" t="0" r="0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75018" cy="467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63420C" w14:textId="77777777" w:rsidR="00DD5E7E" w:rsidRDefault="00DD5E7E" w:rsidP="001C5227">
    <w:pPr>
      <w:pStyle w:val="En-tte"/>
      <w:jc w:val="center"/>
    </w:pPr>
  </w:p>
  <w:p w14:paraId="6F950106" w14:textId="77777777" w:rsidR="00316C4F" w:rsidRDefault="00316C4F" w:rsidP="0074546E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BB73B6"/>
    <w:multiLevelType w:val="hybridMultilevel"/>
    <w:tmpl w:val="98EC3084"/>
    <w:lvl w:ilvl="0" w:tplc="16668BA4">
      <w:numFmt w:val="bullet"/>
      <w:lvlText w:val="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F145B"/>
    <w:multiLevelType w:val="hybridMultilevel"/>
    <w:tmpl w:val="4514A72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E65274"/>
    <w:multiLevelType w:val="hybridMultilevel"/>
    <w:tmpl w:val="E10062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987928">
    <w:abstractNumId w:val="8"/>
  </w:num>
  <w:num w:numId="2" w16cid:durableId="1527713933">
    <w:abstractNumId w:val="6"/>
  </w:num>
  <w:num w:numId="3" w16cid:durableId="535237671">
    <w:abstractNumId w:val="5"/>
  </w:num>
  <w:num w:numId="4" w16cid:durableId="1993562887">
    <w:abstractNumId w:val="4"/>
  </w:num>
  <w:num w:numId="5" w16cid:durableId="572356239">
    <w:abstractNumId w:val="7"/>
  </w:num>
  <w:num w:numId="6" w16cid:durableId="700204197">
    <w:abstractNumId w:val="3"/>
  </w:num>
  <w:num w:numId="7" w16cid:durableId="1808625082">
    <w:abstractNumId w:val="2"/>
  </w:num>
  <w:num w:numId="8" w16cid:durableId="2047369822">
    <w:abstractNumId w:val="1"/>
  </w:num>
  <w:num w:numId="9" w16cid:durableId="1703364887">
    <w:abstractNumId w:val="0"/>
  </w:num>
  <w:num w:numId="10" w16cid:durableId="295575316">
    <w:abstractNumId w:val="11"/>
  </w:num>
  <w:num w:numId="11" w16cid:durableId="1851482128">
    <w:abstractNumId w:val="9"/>
  </w:num>
  <w:num w:numId="12" w16cid:durableId="21450068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367D"/>
    <w:rsid w:val="00034616"/>
    <w:rsid w:val="00043F09"/>
    <w:rsid w:val="0006063C"/>
    <w:rsid w:val="000A5118"/>
    <w:rsid w:val="000E236E"/>
    <w:rsid w:val="000E43B3"/>
    <w:rsid w:val="0015074B"/>
    <w:rsid w:val="001C5227"/>
    <w:rsid w:val="001E5284"/>
    <w:rsid w:val="001F53DB"/>
    <w:rsid w:val="00216D1A"/>
    <w:rsid w:val="0025613D"/>
    <w:rsid w:val="00275162"/>
    <w:rsid w:val="0029639D"/>
    <w:rsid w:val="0031530D"/>
    <w:rsid w:val="00316C4F"/>
    <w:rsid w:val="00326F90"/>
    <w:rsid w:val="00345310"/>
    <w:rsid w:val="003A4F66"/>
    <w:rsid w:val="003A73FC"/>
    <w:rsid w:val="003D0979"/>
    <w:rsid w:val="003D379F"/>
    <w:rsid w:val="003F310A"/>
    <w:rsid w:val="00422338"/>
    <w:rsid w:val="004455A3"/>
    <w:rsid w:val="00472805"/>
    <w:rsid w:val="004A206A"/>
    <w:rsid w:val="004C7E24"/>
    <w:rsid w:val="004D7CF8"/>
    <w:rsid w:val="004F0F5E"/>
    <w:rsid w:val="0051357E"/>
    <w:rsid w:val="00534378"/>
    <w:rsid w:val="00567D2E"/>
    <w:rsid w:val="00585174"/>
    <w:rsid w:val="00586779"/>
    <w:rsid w:val="00611988"/>
    <w:rsid w:val="0069466F"/>
    <w:rsid w:val="0069752B"/>
    <w:rsid w:val="006D50D6"/>
    <w:rsid w:val="00712142"/>
    <w:rsid w:val="00726CF0"/>
    <w:rsid w:val="00742491"/>
    <w:rsid w:val="0074546E"/>
    <w:rsid w:val="00765E65"/>
    <w:rsid w:val="007A5A65"/>
    <w:rsid w:val="00813FFC"/>
    <w:rsid w:val="00824C3F"/>
    <w:rsid w:val="008C7890"/>
    <w:rsid w:val="008E1BF8"/>
    <w:rsid w:val="009020F4"/>
    <w:rsid w:val="00956EC4"/>
    <w:rsid w:val="00994AC6"/>
    <w:rsid w:val="009B3BA7"/>
    <w:rsid w:val="00A71873"/>
    <w:rsid w:val="00AA1D8D"/>
    <w:rsid w:val="00AC0693"/>
    <w:rsid w:val="00AF31EB"/>
    <w:rsid w:val="00B220F8"/>
    <w:rsid w:val="00B47730"/>
    <w:rsid w:val="00B5385D"/>
    <w:rsid w:val="00B76FD7"/>
    <w:rsid w:val="00BF5FA1"/>
    <w:rsid w:val="00CB0664"/>
    <w:rsid w:val="00CC76DE"/>
    <w:rsid w:val="00D3060D"/>
    <w:rsid w:val="00DC582E"/>
    <w:rsid w:val="00DC7E64"/>
    <w:rsid w:val="00DD5E7E"/>
    <w:rsid w:val="00E00105"/>
    <w:rsid w:val="00EA3180"/>
    <w:rsid w:val="00EA7F04"/>
    <w:rsid w:val="00EB5AED"/>
    <w:rsid w:val="00F56DB8"/>
    <w:rsid w:val="00FC693F"/>
    <w:rsid w:val="00FE461F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48A6E2"/>
  <w14:defaultImageDpi w14:val="300"/>
  <w15:docId w15:val="{6360F7E5-2F12-D649-B39F-577FC975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Lienhypertexte">
    <w:name w:val="Hyperlink"/>
    <w:basedOn w:val="Policepardfaut"/>
    <w:uiPriority w:val="99"/>
    <w:unhideWhenUsed/>
    <w:rsid w:val="001F53DB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F53DB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3A73F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A73F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A73FC"/>
    <w:rPr>
      <w:rFonts w:ascii="Calibri" w:hAnsi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A73F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A73FC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l-scol@univ-amu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D16679-B1C5-4C4D-B618-93F532BF4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603</Words>
  <Characters>3317</Characters>
  <Application>Microsoft Office Word</Application>
  <DocSecurity>0</DocSecurity>
  <Lines>27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3913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ROSATI Viviane</cp:lastModifiedBy>
  <cp:revision>13</cp:revision>
  <dcterms:created xsi:type="dcterms:W3CDTF">2025-10-17T07:21:00Z</dcterms:created>
  <dcterms:modified xsi:type="dcterms:W3CDTF">2026-09-09T20:30:00Z</dcterms:modified>
  <cp:category/>
</cp:coreProperties>
</file>